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56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1728"/>
        <w:gridCol w:w="1512"/>
        <w:gridCol w:w="4824"/>
        <w:gridCol w:w="1512"/>
      </w:tblGrid>
      <w:tr w:rsidR="00C24E72" w:rsidRPr="00640DF6" w14:paraId="2E7AB83A" w14:textId="77777777">
        <w:trPr>
          <w:trHeight w:hRule="exact" w:val="403"/>
          <w:jc w:val="center"/>
        </w:trPr>
        <w:tc>
          <w:tcPr>
            <w:tcW w:w="142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D7879E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t xml:space="preserve">Ziraat </w:t>
            </w:r>
            <w:proofErr w:type="spellStart"/>
            <w:r w:rsidRPr="00640DF6">
              <w:rPr>
                <w:b/>
              </w:rPr>
              <w:t>Fakültesi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Biyosistem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Mühendisliği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Bölümü</w:t>
            </w:r>
            <w:proofErr w:type="spellEnd"/>
            <w:r w:rsidRPr="00640DF6">
              <w:rPr>
                <w:b/>
              </w:rPr>
              <w:t xml:space="preserve"> 2025-2026 Bahar </w:t>
            </w:r>
            <w:proofErr w:type="spellStart"/>
            <w:r w:rsidRPr="00640DF6">
              <w:rPr>
                <w:b/>
              </w:rPr>
              <w:t>Dönemi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Bütünleme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Sınav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Takvimi</w:t>
            </w:r>
            <w:proofErr w:type="spellEnd"/>
          </w:p>
        </w:tc>
      </w:tr>
      <w:tr w:rsidR="00C24E72" w:rsidRPr="00640DF6" w14:paraId="0404DE14" w14:textId="77777777">
        <w:trPr>
          <w:trHeight w:hRule="exact" w:val="403"/>
          <w:jc w:val="center"/>
        </w:trPr>
        <w:tc>
          <w:tcPr>
            <w:tcW w:w="142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FA5E6A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t xml:space="preserve">1. </w:t>
            </w:r>
            <w:proofErr w:type="spellStart"/>
            <w:r w:rsidRPr="00640DF6">
              <w:rPr>
                <w:b/>
              </w:rPr>
              <w:t>Sınıf</w:t>
            </w:r>
            <w:proofErr w:type="spellEnd"/>
          </w:p>
        </w:tc>
      </w:tr>
      <w:tr w:rsidR="00C24E72" w:rsidRPr="00640DF6" w14:paraId="24D3AA23" w14:textId="77777777">
        <w:trPr>
          <w:trHeight w:hRule="exact" w:val="432"/>
          <w:tblHeader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9C86960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</w:rPr>
              <w:t>Dersin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Adı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87F65FD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t>Tarih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7853C8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t>Saat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32F454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</w:rPr>
              <w:t>Dersin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Sorumlusu</w:t>
            </w:r>
            <w:proofErr w:type="spellEnd"/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D3F7BB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</w:rPr>
              <w:t>Derslik</w:t>
            </w:r>
            <w:proofErr w:type="spellEnd"/>
          </w:p>
        </w:tc>
      </w:tr>
      <w:tr w:rsidR="00C24E72" w:rsidRPr="00640DF6" w14:paraId="72B9E551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32B516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Bilgisayar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Teknolojileri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5A0BEC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22.06.2026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882B08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09:00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E7CAFD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 xml:space="preserve">. </w:t>
            </w:r>
            <w:proofErr w:type="spellStart"/>
            <w:r w:rsidRPr="00640DF6">
              <w:rPr>
                <w:b/>
                <w:sz w:val="18"/>
              </w:rPr>
              <w:t>Gör</w:t>
            </w:r>
            <w:proofErr w:type="spellEnd"/>
            <w:r w:rsidRPr="00640DF6">
              <w:rPr>
                <w:b/>
                <w:sz w:val="18"/>
              </w:rPr>
              <w:t>. Doğan OKUR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633A21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34B6B022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9F52C1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Ölçme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Bilgisi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36998B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22.06.2026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AD44C2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10:00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A33A976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Doç</w:t>
            </w:r>
            <w:proofErr w:type="spellEnd"/>
            <w:r w:rsidRPr="00640DF6">
              <w:rPr>
                <w:b/>
                <w:sz w:val="18"/>
              </w:rPr>
              <w:t>. Dr. Yeşim BOZKURT ÇOLAK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F8C551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579BB59B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8FDDFE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Ekoloji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444AB7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23.06.2026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F32878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10:00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646334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Doç</w:t>
            </w:r>
            <w:proofErr w:type="spellEnd"/>
            <w:r w:rsidRPr="00640DF6">
              <w:rPr>
                <w:b/>
                <w:sz w:val="18"/>
              </w:rPr>
              <w:t>. Dr. Asuman YANARDAĞ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3E930B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0913E8" w:rsidRPr="00640DF6" w14:paraId="70C66E98" w14:textId="77777777" w:rsidTr="001B1130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6FF046" w14:textId="77777777" w:rsidR="000913E8" w:rsidRPr="00640DF6" w:rsidRDefault="000913E8" w:rsidP="000913E8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Matematik</w:t>
            </w:r>
            <w:proofErr w:type="spellEnd"/>
            <w:r w:rsidRPr="00640DF6">
              <w:rPr>
                <w:b/>
                <w:sz w:val="18"/>
              </w:rPr>
              <w:t>-II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61A40B" w14:textId="100D5721" w:rsidR="000913E8" w:rsidRPr="00640DF6" w:rsidRDefault="000913E8" w:rsidP="000913E8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23.06.2026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FDF0213" w14:textId="6CDC39D7" w:rsidR="000913E8" w:rsidRPr="00640DF6" w:rsidRDefault="000913E8" w:rsidP="000913E8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11:00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5F8911" w14:textId="77777777" w:rsidR="000913E8" w:rsidRPr="00640DF6" w:rsidRDefault="000913E8" w:rsidP="000913E8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Prof. Dr. Ayhan ESİ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1A15E2" w14:textId="77777777" w:rsidR="000913E8" w:rsidRPr="00640DF6" w:rsidRDefault="000913E8" w:rsidP="000913E8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F20D6A" w:rsidRPr="00640DF6" w14:paraId="32507A2F" w14:textId="77777777" w:rsidTr="00553284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3BB5C7C" w14:textId="77777777" w:rsidR="00F20D6A" w:rsidRPr="00640DF6" w:rsidRDefault="00F20D6A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Atatürk </w:t>
            </w:r>
            <w:proofErr w:type="spellStart"/>
            <w:r w:rsidRPr="00640DF6">
              <w:rPr>
                <w:b/>
                <w:sz w:val="18"/>
              </w:rPr>
              <w:t>İlkeleri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ve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İnkılap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Tarihi</w:t>
            </w:r>
            <w:proofErr w:type="spellEnd"/>
            <w:r w:rsidRPr="00640DF6">
              <w:rPr>
                <w:b/>
                <w:sz w:val="18"/>
              </w:rPr>
              <w:t xml:space="preserve"> II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D7BFEA" w14:textId="1DEB42FA" w:rsidR="00F20D6A" w:rsidRPr="00640DF6" w:rsidRDefault="00F20D6A" w:rsidP="009102BF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24.06.2026</w:t>
            </w:r>
          </w:p>
        </w:tc>
        <w:tc>
          <w:tcPr>
            <w:tcW w:w="15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EA36B2" w14:textId="6CE596DD" w:rsidR="00F20D6A" w:rsidRPr="00640DF6" w:rsidRDefault="00F20D6A" w:rsidP="00553284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10:30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411778" w14:textId="77777777" w:rsidR="00F20D6A" w:rsidRPr="00640DF6" w:rsidRDefault="00F20D6A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Mehmet KOCA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02E1109" w14:textId="77777777" w:rsidR="00F20D6A" w:rsidRPr="00640DF6" w:rsidRDefault="00F20D6A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F20D6A" w:rsidRPr="00640DF6" w14:paraId="3AEAA3A3" w14:textId="77777777" w:rsidTr="00553284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6C36EA" w14:textId="77777777" w:rsidR="00F20D6A" w:rsidRPr="00640DF6" w:rsidRDefault="00F20D6A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İngilizce</w:t>
            </w:r>
            <w:proofErr w:type="spellEnd"/>
            <w:r w:rsidRPr="00640DF6">
              <w:rPr>
                <w:b/>
                <w:sz w:val="18"/>
              </w:rPr>
              <w:t xml:space="preserve"> II</w:t>
            </w:r>
          </w:p>
        </w:tc>
        <w:tc>
          <w:tcPr>
            <w:tcW w:w="17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8380AE" w14:textId="0E34E2BE" w:rsidR="00F20D6A" w:rsidRPr="00640DF6" w:rsidRDefault="00F20D6A">
            <w:pPr>
              <w:spacing w:after="0" w:line="240" w:lineRule="auto"/>
              <w:jc w:val="center"/>
            </w:pPr>
          </w:p>
        </w:tc>
        <w:tc>
          <w:tcPr>
            <w:tcW w:w="15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EC6C9B" w14:textId="5696A931" w:rsidR="00F20D6A" w:rsidRPr="00640DF6" w:rsidRDefault="00F20D6A">
            <w:pPr>
              <w:spacing w:after="0" w:line="240" w:lineRule="auto"/>
              <w:jc w:val="center"/>
            </w:pP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0F1E2C" w14:textId="77777777" w:rsidR="00F20D6A" w:rsidRPr="00640DF6" w:rsidRDefault="00F20D6A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 xml:space="preserve">. </w:t>
            </w:r>
            <w:proofErr w:type="spellStart"/>
            <w:r w:rsidRPr="00640DF6">
              <w:rPr>
                <w:b/>
                <w:sz w:val="18"/>
              </w:rPr>
              <w:t>Gör</w:t>
            </w:r>
            <w:proofErr w:type="spellEnd"/>
            <w:r w:rsidRPr="00640DF6">
              <w:rPr>
                <w:b/>
                <w:sz w:val="18"/>
              </w:rPr>
              <w:t>. Mertcan ÇİFTKOÇ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0549BC" w14:textId="77777777" w:rsidR="00F20D6A" w:rsidRPr="00640DF6" w:rsidRDefault="00F20D6A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F20D6A" w:rsidRPr="00640DF6" w14:paraId="6277812B" w14:textId="77777777" w:rsidTr="00553284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948519" w14:textId="77777777" w:rsidR="00F20D6A" w:rsidRPr="00640DF6" w:rsidRDefault="00F20D6A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Türk Dili II</w:t>
            </w:r>
          </w:p>
        </w:tc>
        <w:tc>
          <w:tcPr>
            <w:tcW w:w="17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C2E49B" w14:textId="30E8A73C" w:rsidR="00F20D6A" w:rsidRPr="00640DF6" w:rsidRDefault="00F20D6A">
            <w:pPr>
              <w:spacing w:after="0" w:line="240" w:lineRule="auto"/>
              <w:jc w:val="center"/>
            </w:pPr>
          </w:p>
        </w:tc>
        <w:tc>
          <w:tcPr>
            <w:tcW w:w="15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C8BD97" w14:textId="233E87B3" w:rsidR="00F20D6A" w:rsidRPr="00640DF6" w:rsidRDefault="00F20D6A">
            <w:pPr>
              <w:spacing w:after="0" w:line="240" w:lineRule="auto"/>
              <w:jc w:val="center"/>
            </w:pP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1E14EF" w14:textId="77777777" w:rsidR="00F20D6A" w:rsidRPr="00640DF6" w:rsidRDefault="00F20D6A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 xml:space="preserve">. </w:t>
            </w:r>
            <w:proofErr w:type="spellStart"/>
            <w:r w:rsidRPr="00640DF6">
              <w:rPr>
                <w:b/>
                <w:sz w:val="18"/>
              </w:rPr>
              <w:t>Gör</w:t>
            </w:r>
            <w:proofErr w:type="spellEnd"/>
            <w:r w:rsidRPr="00640DF6">
              <w:rPr>
                <w:b/>
                <w:sz w:val="18"/>
              </w:rPr>
              <w:t>. Mustafa Selçuk DİLSİZ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615EED1" w14:textId="77777777" w:rsidR="00F20D6A" w:rsidRPr="00640DF6" w:rsidRDefault="00F20D6A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13829133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A34622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Kimya-II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C65554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25.06.2026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C43C3A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10:00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474633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 xml:space="preserve">. </w:t>
            </w:r>
            <w:proofErr w:type="gramStart"/>
            <w:r w:rsidRPr="00640DF6">
              <w:rPr>
                <w:b/>
                <w:sz w:val="18"/>
              </w:rPr>
              <w:t>Üyesi</w:t>
            </w:r>
            <w:proofErr w:type="gramEnd"/>
            <w:r w:rsidRPr="00640DF6">
              <w:rPr>
                <w:b/>
                <w:sz w:val="18"/>
              </w:rPr>
              <w:t xml:space="preserve"> Hatice ÇAĞLAR YILMAZ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5CF729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0913E8" w:rsidRPr="00640DF6" w14:paraId="40C5DB99" w14:textId="77777777" w:rsidTr="001B1130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9B4111" w14:textId="77777777" w:rsidR="000913E8" w:rsidRPr="00640DF6" w:rsidRDefault="000913E8" w:rsidP="001B1130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İstatistik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1C10F3" w14:textId="5FFDD07B" w:rsidR="000913E8" w:rsidRPr="00640DF6" w:rsidRDefault="000913E8" w:rsidP="001B1130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25.06.2026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C32A13" w14:textId="77777777" w:rsidR="000913E8" w:rsidRPr="00640DF6" w:rsidRDefault="000913E8" w:rsidP="001B1130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11:00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31CEAE" w14:textId="77777777" w:rsidR="000913E8" w:rsidRPr="00640DF6" w:rsidRDefault="000913E8" w:rsidP="001B1130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Doç</w:t>
            </w:r>
            <w:proofErr w:type="spellEnd"/>
            <w:r w:rsidRPr="00640DF6">
              <w:rPr>
                <w:b/>
                <w:sz w:val="18"/>
              </w:rPr>
              <w:t>. Dr. Osman UYSAL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D2B065" w14:textId="77777777" w:rsidR="000913E8" w:rsidRPr="00640DF6" w:rsidRDefault="000913E8" w:rsidP="001B1130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40636542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D9FE6E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Teknik Resim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02931B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26.06.2026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D26826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15:30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F23E84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Salih ATAY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551716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0B0C7436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0306CA5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Fizik-II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CC4BD5A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26.06.2026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A0DD24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16:30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5097CE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Doç</w:t>
            </w:r>
            <w:proofErr w:type="spellEnd"/>
            <w:r w:rsidRPr="00640DF6">
              <w:rPr>
                <w:b/>
                <w:sz w:val="18"/>
              </w:rPr>
              <w:t xml:space="preserve">. Dr. </w:t>
            </w:r>
            <w:proofErr w:type="spellStart"/>
            <w:r w:rsidRPr="00640DF6">
              <w:rPr>
                <w:b/>
                <w:sz w:val="18"/>
              </w:rPr>
              <w:t>Tankut</w:t>
            </w:r>
            <w:proofErr w:type="spellEnd"/>
            <w:r w:rsidRPr="00640DF6">
              <w:rPr>
                <w:b/>
                <w:sz w:val="18"/>
              </w:rPr>
              <w:t xml:space="preserve"> ATEŞ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DC78A1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</w:tbl>
    <w:p w14:paraId="77D2E62C" w14:textId="77777777" w:rsidR="00C24E72" w:rsidRPr="00640DF6" w:rsidRDefault="000D51CE">
      <w:pPr>
        <w:spacing w:before="400" w:after="0"/>
      </w:pPr>
      <w:r w:rsidRPr="00640DF6">
        <w:rPr>
          <w:b/>
        </w:rPr>
        <w:t>*</w:t>
      </w:r>
      <w:proofErr w:type="spellStart"/>
      <w:r w:rsidRPr="00640DF6">
        <w:rPr>
          <w:b/>
        </w:rPr>
        <w:t>Öğrencilerin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dikkatine</w:t>
      </w:r>
      <w:proofErr w:type="spellEnd"/>
      <w:r w:rsidRPr="00640DF6">
        <w:rPr>
          <w:b/>
        </w:rPr>
        <w:t>:</w:t>
      </w:r>
    </w:p>
    <w:p w14:paraId="70D52CC7" w14:textId="77777777" w:rsidR="00C24E72" w:rsidRPr="00640DF6" w:rsidRDefault="000D51CE">
      <w:pPr>
        <w:spacing w:after="0"/>
      </w:pPr>
      <w:r w:rsidRPr="00640DF6">
        <w:t xml:space="preserve">İNUZEM </w:t>
      </w:r>
      <w:proofErr w:type="spellStart"/>
      <w:r w:rsidRPr="00640DF6">
        <w:t>üzerinden</w:t>
      </w:r>
      <w:proofErr w:type="spellEnd"/>
      <w:r w:rsidRPr="00640DF6">
        <w:t xml:space="preserve"> </w:t>
      </w:r>
      <w:proofErr w:type="spellStart"/>
      <w:r w:rsidRPr="00640DF6">
        <w:t>alınan</w:t>
      </w:r>
      <w:proofErr w:type="spellEnd"/>
      <w:r w:rsidRPr="00640DF6">
        <w:t xml:space="preserve"> </w:t>
      </w:r>
      <w:proofErr w:type="spellStart"/>
      <w:r w:rsidRPr="00640DF6">
        <w:t>pedagojik</w:t>
      </w:r>
      <w:proofErr w:type="spellEnd"/>
      <w:r w:rsidRPr="00640DF6">
        <w:t xml:space="preserve"> </w:t>
      </w:r>
      <w:proofErr w:type="spellStart"/>
      <w:r w:rsidRPr="00640DF6">
        <w:t>formasyon</w:t>
      </w:r>
      <w:proofErr w:type="spellEnd"/>
      <w:r w:rsidRPr="00640DF6">
        <w:t xml:space="preserve"> </w:t>
      </w:r>
      <w:proofErr w:type="spellStart"/>
      <w:r w:rsidRPr="00640DF6">
        <w:t>derslerinin</w:t>
      </w:r>
      <w:proofErr w:type="spellEnd"/>
      <w:r w:rsidRPr="00640DF6">
        <w:t xml:space="preserve"> </w:t>
      </w:r>
      <w:proofErr w:type="spellStart"/>
      <w:r w:rsidRPr="00640DF6">
        <w:t>bütünleme</w:t>
      </w:r>
      <w:proofErr w:type="spellEnd"/>
      <w:r w:rsidRPr="00640DF6">
        <w:t xml:space="preserve"> </w:t>
      </w:r>
      <w:proofErr w:type="spellStart"/>
      <w:r w:rsidRPr="00640DF6">
        <w:t>sınavı</w:t>
      </w:r>
      <w:proofErr w:type="spellEnd"/>
      <w:r w:rsidRPr="00640DF6">
        <w:t xml:space="preserve"> 03.07.2026 </w:t>
      </w:r>
      <w:proofErr w:type="spellStart"/>
      <w:r w:rsidRPr="00640DF6">
        <w:t>tarihinde</w:t>
      </w:r>
      <w:proofErr w:type="spellEnd"/>
      <w:r w:rsidRPr="00640DF6">
        <w:t xml:space="preserve"> 10.00-12.00 </w:t>
      </w:r>
      <w:proofErr w:type="spellStart"/>
      <w:r w:rsidRPr="00640DF6">
        <w:t>saatleri</w:t>
      </w:r>
      <w:proofErr w:type="spellEnd"/>
      <w:r w:rsidRPr="00640DF6">
        <w:t xml:space="preserve"> </w:t>
      </w:r>
      <w:proofErr w:type="spellStart"/>
      <w:r w:rsidRPr="00640DF6">
        <w:t>arasında</w:t>
      </w:r>
      <w:proofErr w:type="spellEnd"/>
      <w:r w:rsidRPr="00640DF6">
        <w:t xml:space="preserve"> Malatya Turgut </w:t>
      </w:r>
      <w:proofErr w:type="spellStart"/>
      <w:r w:rsidRPr="00640DF6">
        <w:t>Özal</w:t>
      </w:r>
      <w:proofErr w:type="spellEnd"/>
      <w:r w:rsidRPr="00640DF6">
        <w:t xml:space="preserve"> </w:t>
      </w:r>
      <w:proofErr w:type="spellStart"/>
      <w:r w:rsidRPr="00640DF6">
        <w:t>Üniversitesi</w:t>
      </w:r>
      <w:proofErr w:type="spellEnd"/>
      <w:r w:rsidRPr="00640DF6">
        <w:t xml:space="preserve"> Ziraat </w:t>
      </w:r>
      <w:proofErr w:type="spellStart"/>
      <w:r w:rsidRPr="00640DF6">
        <w:t>Fakültesi</w:t>
      </w:r>
      <w:proofErr w:type="spellEnd"/>
      <w:r w:rsidRPr="00640DF6">
        <w:t xml:space="preserve"> </w:t>
      </w:r>
      <w:proofErr w:type="spellStart"/>
      <w:r w:rsidRPr="00640DF6">
        <w:t>dersliklerinde</w:t>
      </w:r>
      <w:proofErr w:type="spellEnd"/>
      <w:r w:rsidRPr="00640DF6">
        <w:t xml:space="preserve"> </w:t>
      </w:r>
      <w:proofErr w:type="spellStart"/>
      <w:r w:rsidRPr="00640DF6">
        <w:t>yüz</w:t>
      </w:r>
      <w:proofErr w:type="spellEnd"/>
      <w:r w:rsidRPr="00640DF6">
        <w:t xml:space="preserve"> </w:t>
      </w:r>
      <w:proofErr w:type="spellStart"/>
      <w:r w:rsidRPr="00640DF6">
        <w:t>yüze</w:t>
      </w:r>
      <w:proofErr w:type="spellEnd"/>
      <w:r w:rsidRPr="00640DF6">
        <w:t xml:space="preserve"> </w:t>
      </w:r>
      <w:proofErr w:type="spellStart"/>
      <w:r w:rsidRPr="00640DF6">
        <w:t>yapılacaktır</w:t>
      </w:r>
      <w:proofErr w:type="spellEnd"/>
      <w:r w:rsidRPr="00640DF6">
        <w:t>.</w:t>
      </w:r>
    </w:p>
    <w:p w14:paraId="3D23C5CE" w14:textId="77777777" w:rsidR="00C24E72" w:rsidRPr="00640DF6" w:rsidRDefault="000D51CE">
      <w:pPr>
        <w:spacing w:before="1300" w:after="0"/>
        <w:jc w:val="right"/>
      </w:pPr>
      <w:proofErr w:type="spellStart"/>
      <w:r w:rsidRPr="00640DF6">
        <w:rPr>
          <w:b/>
        </w:rPr>
        <w:t>Biyosistem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Mühendisliği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Bölüm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Başkanı</w:t>
      </w:r>
      <w:proofErr w:type="spellEnd"/>
      <w:r w:rsidRPr="00640DF6">
        <w:rPr>
          <w:b/>
        </w:rPr>
        <w:br/>
        <w:t>Doç. Dr. Yeşim Bozkurt Çolak</w:t>
      </w:r>
    </w:p>
    <w:p w14:paraId="20683EE3" w14:textId="77777777" w:rsidR="00C24E72" w:rsidRPr="00640DF6" w:rsidRDefault="000D51CE">
      <w:r w:rsidRPr="00640DF6">
        <w:br w:type="page"/>
      </w:r>
    </w:p>
    <w:tbl>
      <w:tblPr>
        <w:tblW w:w="14256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1728"/>
        <w:gridCol w:w="1512"/>
        <w:gridCol w:w="4824"/>
        <w:gridCol w:w="1512"/>
      </w:tblGrid>
      <w:tr w:rsidR="00C24E72" w:rsidRPr="00640DF6" w14:paraId="17928E74" w14:textId="77777777">
        <w:trPr>
          <w:trHeight w:hRule="exact" w:val="403"/>
          <w:jc w:val="center"/>
        </w:trPr>
        <w:tc>
          <w:tcPr>
            <w:tcW w:w="142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415624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lastRenderedPageBreak/>
              <w:t xml:space="preserve">Ziraat </w:t>
            </w:r>
            <w:proofErr w:type="spellStart"/>
            <w:r w:rsidRPr="00640DF6">
              <w:rPr>
                <w:b/>
              </w:rPr>
              <w:t>Fakültesi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Biyosistem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Mühendisliği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Bölümü</w:t>
            </w:r>
            <w:proofErr w:type="spellEnd"/>
            <w:r w:rsidRPr="00640DF6">
              <w:rPr>
                <w:b/>
              </w:rPr>
              <w:t xml:space="preserve"> 2025-2026 Bahar </w:t>
            </w:r>
            <w:proofErr w:type="spellStart"/>
            <w:r w:rsidRPr="00640DF6">
              <w:rPr>
                <w:b/>
              </w:rPr>
              <w:t>Dönemi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Bütünleme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Sınav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Takvimi</w:t>
            </w:r>
            <w:proofErr w:type="spellEnd"/>
          </w:p>
        </w:tc>
      </w:tr>
      <w:tr w:rsidR="00C24E72" w:rsidRPr="00640DF6" w14:paraId="14C3EACE" w14:textId="77777777">
        <w:trPr>
          <w:trHeight w:hRule="exact" w:val="403"/>
          <w:jc w:val="center"/>
        </w:trPr>
        <w:tc>
          <w:tcPr>
            <w:tcW w:w="142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6FB6C7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t xml:space="preserve">2. </w:t>
            </w:r>
            <w:proofErr w:type="spellStart"/>
            <w:r w:rsidRPr="00640DF6">
              <w:rPr>
                <w:b/>
              </w:rPr>
              <w:t>Sınıf</w:t>
            </w:r>
            <w:proofErr w:type="spellEnd"/>
          </w:p>
        </w:tc>
      </w:tr>
      <w:tr w:rsidR="00C24E72" w:rsidRPr="00640DF6" w14:paraId="38DE3594" w14:textId="77777777">
        <w:trPr>
          <w:trHeight w:hRule="exact" w:val="432"/>
          <w:tblHeader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1393B6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</w:rPr>
              <w:t>Dersin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Adı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1693C4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t>Tarih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22FC08F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t>Saat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FB1F9E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</w:rPr>
              <w:t>Dersin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Sorumlusu</w:t>
            </w:r>
            <w:proofErr w:type="spellEnd"/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F8B901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</w:rPr>
              <w:t>Derslik</w:t>
            </w:r>
            <w:proofErr w:type="spellEnd"/>
          </w:p>
        </w:tc>
      </w:tr>
      <w:tr w:rsidR="00C24E72" w:rsidRPr="00640DF6" w14:paraId="402C3B19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BA3CEB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Bitki </w:t>
            </w:r>
            <w:proofErr w:type="spellStart"/>
            <w:r w:rsidRPr="00640DF6">
              <w:rPr>
                <w:b/>
                <w:sz w:val="18"/>
              </w:rPr>
              <w:t>Koruma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BFC827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22.06.2026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66E76A1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13:00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532242C" w14:textId="77777777" w:rsidR="00C24E72" w:rsidRPr="00640DF6" w:rsidRDefault="000D51CE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640DF6">
              <w:rPr>
                <w:b/>
                <w:sz w:val="18"/>
              </w:rPr>
              <w:t>Prof. Dr. Nihat TURSUN</w:t>
            </w:r>
          </w:p>
          <w:p w14:paraId="36C9DEFF" w14:textId="1F2A36FB" w:rsidR="00F20D6A" w:rsidRPr="00640DF6" w:rsidRDefault="00F20D6A">
            <w:pPr>
              <w:spacing w:after="0" w:line="240" w:lineRule="auto"/>
              <w:jc w:val="center"/>
              <w:rPr>
                <w:b/>
                <w:bCs/>
              </w:rPr>
            </w:pPr>
            <w:r w:rsidRPr="00640DF6">
              <w:rPr>
                <w:b/>
                <w:bCs/>
              </w:rPr>
              <w:t xml:space="preserve">Dr. </w:t>
            </w:r>
            <w:proofErr w:type="spellStart"/>
            <w:r w:rsidRPr="00640DF6">
              <w:rPr>
                <w:b/>
                <w:bCs/>
              </w:rPr>
              <w:t>Öğr</w:t>
            </w:r>
            <w:proofErr w:type="spellEnd"/>
            <w:r w:rsidRPr="00640DF6">
              <w:rPr>
                <w:b/>
                <w:bCs/>
              </w:rPr>
              <w:t>. Üyesi Talip YİĞİT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97CB4AD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10AE255F" w14:textId="77777777">
        <w:trPr>
          <w:trHeight w:val="720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E3F76F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Toprak Bitki Su </w:t>
            </w:r>
            <w:proofErr w:type="spellStart"/>
            <w:r w:rsidRPr="00640DF6">
              <w:rPr>
                <w:b/>
                <w:sz w:val="18"/>
              </w:rPr>
              <w:t>İlişkileri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9856DB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22.06.2026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490160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14:00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C6966B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Doç</w:t>
            </w:r>
            <w:proofErr w:type="spellEnd"/>
            <w:r w:rsidRPr="00640DF6">
              <w:rPr>
                <w:b/>
                <w:sz w:val="18"/>
              </w:rPr>
              <w:t>. Dr. Yeşim BOZKURT ÇOLAK</w:t>
            </w:r>
            <w:r w:rsidRPr="00640DF6">
              <w:rPr>
                <w:b/>
                <w:sz w:val="18"/>
              </w:rPr>
              <w:br/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Miraç KILIÇ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28558D8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2F4B5969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DC6B42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Coğrafi</w:t>
            </w:r>
            <w:proofErr w:type="spellEnd"/>
            <w:r w:rsidRPr="00640DF6">
              <w:rPr>
                <w:b/>
                <w:sz w:val="18"/>
              </w:rPr>
              <w:t xml:space="preserve"> Bilgi Sistemleri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0B69DD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23.06.2026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E9278A" w14:textId="2DEFBFF3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</w:t>
            </w:r>
            <w:r w:rsidR="000058EB" w:rsidRPr="00640DF6">
              <w:rPr>
                <w:b/>
                <w:sz w:val="18"/>
              </w:rPr>
              <w:t>3</w:t>
            </w:r>
            <w:r w:rsidRPr="00640DF6">
              <w:rPr>
                <w:b/>
                <w:sz w:val="18"/>
              </w:rPr>
              <w:t>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59EB453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Miraç KILIÇ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47889CD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1740E397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8B1E61C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Akışkanlar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Mekaniği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BD5BFA0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23.06.2026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2535EB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15:00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923536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Aysel AYGÜN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104556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72912A70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67C856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Bahçe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Bitkileri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7D52B9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24.06.2026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1DB67FC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13:00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311426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Prof. Dr. Bayram Murat ASMA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ADEDB56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53FC3842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615ED5E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İklim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Değişikliği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ve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Tarım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401187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24.06.2026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ED54D6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14:00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DC8C0D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Prof. Dr. Bayram Murat ASMA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4F5C7BC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4DA93162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072854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İçten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Yanmalı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Motorlar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A2C4A7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25.06.2026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5F25F7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13:00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B4052C5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Aysel AYGÜN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DB40179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186E5D05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ED85FCE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Bilgisayar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Destekli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Tasarım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E04E8E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25.06.2026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328D02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14:00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B583D1A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Salih ATAY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2CCAD6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D6</w:t>
            </w:r>
          </w:p>
        </w:tc>
      </w:tr>
      <w:tr w:rsidR="00C24E72" w:rsidRPr="00640DF6" w14:paraId="796A03DF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CF3443C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Mukavemet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8D8D35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26.06.2026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6F1B2D" w14:textId="1BD0C120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13:</w:t>
            </w:r>
            <w:r w:rsidR="00144D19" w:rsidRPr="00640DF6">
              <w:rPr>
                <w:b/>
                <w:sz w:val="18"/>
              </w:rPr>
              <w:t>3</w:t>
            </w:r>
            <w:r w:rsidRPr="00640DF6">
              <w:rPr>
                <w:b/>
                <w:sz w:val="18"/>
              </w:rPr>
              <w:t>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17236A2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Mehmet Esen EREN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A6C1EA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</w:tbl>
    <w:p w14:paraId="7323885B" w14:textId="77777777" w:rsidR="00C24E72" w:rsidRPr="00640DF6" w:rsidRDefault="000D51CE">
      <w:pPr>
        <w:spacing w:before="400" w:after="0"/>
      </w:pPr>
      <w:r w:rsidRPr="00640DF6">
        <w:rPr>
          <w:b/>
        </w:rPr>
        <w:t>*</w:t>
      </w:r>
      <w:proofErr w:type="spellStart"/>
      <w:r w:rsidRPr="00640DF6">
        <w:rPr>
          <w:b/>
        </w:rPr>
        <w:t>Öğrencilerin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dikkatine</w:t>
      </w:r>
      <w:proofErr w:type="spellEnd"/>
      <w:r w:rsidRPr="00640DF6">
        <w:rPr>
          <w:b/>
        </w:rPr>
        <w:t>:</w:t>
      </w:r>
    </w:p>
    <w:p w14:paraId="3532FF20" w14:textId="77777777" w:rsidR="00C24E72" w:rsidRPr="00640DF6" w:rsidRDefault="000D51CE">
      <w:pPr>
        <w:spacing w:after="0"/>
      </w:pPr>
      <w:r w:rsidRPr="00640DF6">
        <w:t xml:space="preserve">İNUZEM </w:t>
      </w:r>
      <w:proofErr w:type="spellStart"/>
      <w:r w:rsidRPr="00640DF6">
        <w:t>üzerinden</w:t>
      </w:r>
      <w:proofErr w:type="spellEnd"/>
      <w:r w:rsidRPr="00640DF6">
        <w:t xml:space="preserve"> </w:t>
      </w:r>
      <w:proofErr w:type="spellStart"/>
      <w:r w:rsidRPr="00640DF6">
        <w:t>alınan</w:t>
      </w:r>
      <w:proofErr w:type="spellEnd"/>
      <w:r w:rsidRPr="00640DF6">
        <w:t xml:space="preserve"> </w:t>
      </w:r>
      <w:proofErr w:type="spellStart"/>
      <w:r w:rsidRPr="00640DF6">
        <w:t>pedagojik</w:t>
      </w:r>
      <w:proofErr w:type="spellEnd"/>
      <w:r w:rsidRPr="00640DF6">
        <w:t xml:space="preserve"> </w:t>
      </w:r>
      <w:proofErr w:type="spellStart"/>
      <w:r w:rsidRPr="00640DF6">
        <w:t>formasyon</w:t>
      </w:r>
      <w:proofErr w:type="spellEnd"/>
      <w:r w:rsidRPr="00640DF6">
        <w:t xml:space="preserve"> </w:t>
      </w:r>
      <w:proofErr w:type="spellStart"/>
      <w:r w:rsidRPr="00640DF6">
        <w:t>derslerinin</w:t>
      </w:r>
      <w:proofErr w:type="spellEnd"/>
      <w:r w:rsidRPr="00640DF6">
        <w:t xml:space="preserve"> </w:t>
      </w:r>
      <w:proofErr w:type="spellStart"/>
      <w:r w:rsidRPr="00640DF6">
        <w:t>bütünleme</w:t>
      </w:r>
      <w:proofErr w:type="spellEnd"/>
      <w:r w:rsidRPr="00640DF6">
        <w:t xml:space="preserve"> </w:t>
      </w:r>
      <w:proofErr w:type="spellStart"/>
      <w:r w:rsidRPr="00640DF6">
        <w:t>sınavı</w:t>
      </w:r>
      <w:proofErr w:type="spellEnd"/>
      <w:r w:rsidRPr="00640DF6">
        <w:t xml:space="preserve"> 03.07.2026 </w:t>
      </w:r>
      <w:proofErr w:type="spellStart"/>
      <w:r w:rsidRPr="00640DF6">
        <w:t>tarihinde</w:t>
      </w:r>
      <w:proofErr w:type="spellEnd"/>
      <w:r w:rsidRPr="00640DF6">
        <w:t xml:space="preserve"> 10.00-12.00 </w:t>
      </w:r>
      <w:proofErr w:type="spellStart"/>
      <w:r w:rsidRPr="00640DF6">
        <w:t>saatleri</w:t>
      </w:r>
      <w:proofErr w:type="spellEnd"/>
      <w:r w:rsidRPr="00640DF6">
        <w:t xml:space="preserve"> </w:t>
      </w:r>
      <w:proofErr w:type="spellStart"/>
      <w:r w:rsidRPr="00640DF6">
        <w:t>arasında</w:t>
      </w:r>
      <w:proofErr w:type="spellEnd"/>
      <w:r w:rsidRPr="00640DF6">
        <w:t xml:space="preserve"> Malatya Turgut </w:t>
      </w:r>
      <w:proofErr w:type="spellStart"/>
      <w:r w:rsidRPr="00640DF6">
        <w:t>Özal</w:t>
      </w:r>
      <w:proofErr w:type="spellEnd"/>
      <w:r w:rsidRPr="00640DF6">
        <w:t xml:space="preserve"> </w:t>
      </w:r>
      <w:proofErr w:type="spellStart"/>
      <w:r w:rsidRPr="00640DF6">
        <w:t>Üniversitesi</w:t>
      </w:r>
      <w:proofErr w:type="spellEnd"/>
      <w:r w:rsidRPr="00640DF6">
        <w:t xml:space="preserve"> Ziraat </w:t>
      </w:r>
      <w:proofErr w:type="spellStart"/>
      <w:r w:rsidRPr="00640DF6">
        <w:t>Fakültesi</w:t>
      </w:r>
      <w:proofErr w:type="spellEnd"/>
      <w:r w:rsidRPr="00640DF6">
        <w:t xml:space="preserve"> </w:t>
      </w:r>
      <w:proofErr w:type="spellStart"/>
      <w:r w:rsidRPr="00640DF6">
        <w:t>dersliklerinde</w:t>
      </w:r>
      <w:proofErr w:type="spellEnd"/>
      <w:r w:rsidRPr="00640DF6">
        <w:t xml:space="preserve"> </w:t>
      </w:r>
      <w:proofErr w:type="spellStart"/>
      <w:r w:rsidRPr="00640DF6">
        <w:t>yüz</w:t>
      </w:r>
      <w:proofErr w:type="spellEnd"/>
      <w:r w:rsidRPr="00640DF6">
        <w:t xml:space="preserve"> </w:t>
      </w:r>
      <w:proofErr w:type="spellStart"/>
      <w:r w:rsidRPr="00640DF6">
        <w:t>yüze</w:t>
      </w:r>
      <w:proofErr w:type="spellEnd"/>
      <w:r w:rsidRPr="00640DF6">
        <w:t xml:space="preserve"> </w:t>
      </w:r>
      <w:proofErr w:type="spellStart"/>
      <w:r w:rsidRPr="00640DF6">
        <w:t>yapılacaktır</w:t>
      </w:r>
      <w:proofErr w:type="spellEnd"/>
      <w:r w:rsidRPr="00640DF6">
        <w:t>.</w:t>
      </w:r>
    </w:p>
    <w:p w14:paraId="0072300B" w14:textId="77777777" w:rsidR="00C24E72" w:rsidRPr="00640DF6" w:rsidRDefault="000D51CE">
      <w:pPr>
        <w:spacing w:before="1300" w:after="0"/>
        <w:jc w:val="right"/>
      </w:pPr>
      <w:proofErr w:type="spellStart"/>
      <w:r w:rsidRPr="00640DF6">
        <w:rPr>
          <w:b/>
        </w:rPr>
        <w:t>Biyosistem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Mühendisliği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Bölüm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Başkanı</w:t>
      </w:r>
      <w:proofErr w:type="spellEnd"/>
      <w:r w:rsidRPr="00640DF6">
        <w:rPr>
          <w:b/>
        </w:rPr>
        <w:br/>
        <w:t>Doç. Dr. Yeşim Bozkurt Çolak</w:t>
      </w:r>
    </w:p>
    <w:p w14:paraId="37A9B910" w14:textId="77777777" w:rsidR="00C24E72" w:rsidRPr="00640DF6" w:rsidRDefault="000D51CE">
      <w:r w:rsidRPr="00640DF6">
        <w:br w:type="page"/>
      </w:r>
    </w:p>
    <w:tbl>
      <w:tblPr>
        <w:tblW w:w="14256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1728"/>
        <w:gridCol w:w="1512"/>
        <w:gridCol w:w="4824"/>
        <w:gridCol w:w="1512"/>
      </w:tblGrid>
      <w:tr w:rsidR="00C24E72" w:rsidRPr="00640DF6" w14:paraId="3BEC8749" w14:textId="77777777">
        <w:trPr>
          <w:trHeight w:hRule="exact" w:val="403"/>
          <w:jc w:val="center"/>
        </w:trPr>
        <w:tc>
          <w:tcPr>
            <w:tcW w:w="142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52D74F5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lastRenderedPageBreak/>
              <w:t xml:space="preserve">Ziraat </w:t>
            </w:r>
            <w:proofErr w:type="spellStart"/>
            <w:r w:rsidRPr="00640DF6">
              <w:rPr>
                <w:b/>
              </w:rPr>
              <w:t>Fakültesi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Biyosistem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Mühendisliği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Bölümü</w:t>
            </w:r>
            <w:proofErr w:type="spellEnd"/>
            <w:r w:rsidRPr="00640DF6">
              <w:rPr>
                <w:b/>
              </w:rPr>
              <w:t xml:space="preserve"> 2025-2026 Bahar </w:t>
            </w:r>
            <w:proofErr w:type="spellStart"/>
            <w:r w:rsidRPr="00640DF6">
              <w:rPr>
                <w:b/>
              </w:rPr>
              <w:t>Dönemi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Bütünleme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Sınav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Takvimi</w:t>
            </w:r>
            <w:proofErr w:type="spellEnd"/>
          </w:p>
        </w:tc>
      </w:tr>
      <w:tr w:rsidR="00C24E72" w:rsidRPr="00640DF6" w14:paraId="621E84F1" w14:textId="77777777">
        <w:trPr>
          <w:trHeight w:hRule="exact" w:val="403"/>
          <w:jc w:val="center"/>
        </w:trPr>
        <w:tc>
          <w:tcPr>
            <w:tcW w:w="142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0EE2C4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t xml:space="preserve">3. </w:t>
            </w:r>
            <w:proofErr w:type="spellStart"/>
            <w:r w:rsidRPr="00640DF6">
              <w:rPr>
                <w:b/>
              </w:rPr>
              <w:t>Sınıf</w:t>
            </w:r>
            <w:proofErr w:type="spellEnd"/>
          </w:p>
        </w:tc>
      </w:tr>
      <w:tr w:rsidR="00C24E72" w:rsidRPr="00640DF6" w14:paraId="495B3E18" w14:textId="77777777">
        <w:trPr>
          <w:trHeight w:hRule="exact" w:val="432"/>
          <w:tblHeader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DF089D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</w:rPr>
              <w:t>Dersin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Adı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25A3A90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t>Tarih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8583BF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</w:rPr>
              <w:t>Saat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F1C23A2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</w:rPr>
              <w:t>Dersin</w:t>
            </w:r>
            <w:proofErr w:type="spellEnd"/>
            <w:r w:rsidRPr="00640DF6">
              <w:rPr>
                <w:b/>
              </w:rPr>
              <w:t xml:space="preserve"> </w:t>
            </w:r>
            <w:proofErr w:type="spellStart"/>
            <w:r w:rsidRPr="00640DF6">
              <w:rPr>
                <w:b/>
              </w:rPr>
              <w:t>Sorumlusu</w:t>
            </w:r>
            <w:proofErr w:type="spellEnd"/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8FD140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</w:rPr>
              <w:t>Derslik</w:t>
            </w:r>
            <w:proofErr w:type="spellEnd"/>
          </w:p>
        </w:tc>
      </w:tr>
      <w:tr w:rsidR="006A10AD" w:rsidRPr="00640DF6" w14:paraId="53C44A1B" w14:textId="77777777" w:rsidTr="00594CE6">
        <w:trPr>
          <w:trHeight w:val="129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9FB881" w14:textId="77777777" w:rsidR="006A10AD" w:rsidRPr="00640DF6" w:rsidRDefault="006A10AD" w:rsidP="00594CE6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Mesleki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Uygulama</w:t>
            </w:r>
            <w:proofErr w:type="spellEnd"/>
            <w:r w:rsidRPr="00640DF6">
              <w:rPr>
                <w:b/>
                <w:sz w:val="18"/>
              </w:rPr>
              <w:t xml:space="preserve"> II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375E1D7" w14:textId="77777777" w:rsidR="006A10AD" w:rsidRPr="00640DF6" w:rsidRDefault="006A10AD" w:rsidP="00594CE6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22.06.2026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65B8B1" w14:textId="77777777" w:rsidR="006A10AD" w:rsidRPr="00640DF6" w:rsidRDefault="006A10AD" w:rsidP="00594CE6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15:00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56B31FF" w14:textId="77777777" w:rsidR="006A10AD" w:rsidRPr="00640DF6" w:rsidRDefault="006A10AD" w:rsidP="00594CE6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Doç</w:t>
            </w:r>
            <w:proofErr w:type="spellEnd"/>
            <w:r w:rsidRPr="00640DF6">
              <w:rPr>
                <w:b/>
                <w:sz w:val="18"/>
              </w:rPr>
              <w:t>. Dr. Yeşim BOZKURT ÇOLAK</w:t>
            </w:r>
            <w:r w:rsidRPr="00640DF6">
              <w:rPr>
                <w:b/>
                <w:sz w:val="18"/>
              </w:rPr>
              <w:br/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Salih ATAY</w:t>
            </w:r>
            <w:r w:rsidRPr="00640DF6">
              <w:rPr>
                <w:b/>
                <w:sz w:val="18"/>
              </w:rPr>
              <w:br/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Aysel AYGÜN</w:t>
            </w:r>
            <w:r w:rsidRPr="00640DF6">
              <w:rPr>
                <w:b/>
                <w:sz w:val="18"/>
              </w:rPr>
              <w:br/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Çağlar Özkan SEZER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C69D95C" w14:textId="77777777" w:rsidR="006A10AD" w:rsidRPr="00640DF6" w:rsidRDefault="006A10AD" w:rsidP="00594CE6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23659A" w:rsidRPr="00640DF6" w14:paraId="0517136B" w14:textId="77777777" w:rsidTr="00D1475E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78F5A2" w14:textId="77777777" w:rsidR="0023659A" w:rsidRPr="00640DF6" w:rsidRDefault="0023659A" w:rsidP="00D1475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Tarımsal</w:t>
            </w:r>
            <w:proofErr w:type="spellEnd"/>
            <w:r w:rsidRPr="00640DF6">
              <w:rPr>
                <w:b/>
                <w:sz w:val="18"/>
              </w:rPr>
              <w:t xml:space="preserve"> Savaş </w:t>
            </w:r>
            <w:proofErr w:type="spellStart"/>
            <w:r w:rsidRPr="00640DF6">
              <w:rPr>
                <w:b/>
                <w:sz w:val="18"/>
              </w:rPr>
              <w:t>Yöntemleri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E742224" w14:textId="77777777" w:rsidR="0023659A" w:rsidRPr="00640DF6" w:rsidRDefault="0023659A" w:rsidP="00D1475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23.06.2026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4E9432" w14:textId="77777777" w:rsidR="0023659A" w:rsidRPr="00640DF6" w:rsidRDefault="0023659A" w:rsidP="00D1475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09:00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982931" w14:textId="77777777" w:rsidR="0023659A" w:rsidRPr="00640DF6" w:rsidRDefault="0023659A" w:rsidP="00D1475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Salih ATAY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710D46" w14:textId="77777777" w:rsidR="0023659A" w:rsidRPr="00640DF6" w:rsidRDefault="0023659A" w:rsidP="00D1475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7C886689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6A0140" w14:textId="77777777" w:rsidR="00C24E72" w:rsidRPr="00640DF6" w:rsidRDefault="000D51CE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Tarımsal</w:t>
            </w:r>
            <w:proofErr w:type="spellEnd"/>
            <w:r w:rsidRPr="00640DF6">
              <w:rPr>
                <w:b/>
                <w:sz w:val="18"/>
              </w:rPr>
              <w:t xml:space="preserve"> </w:t>
            </w:r>
            <w:proofErr w:type="spellStart"/>
            <w:r w:rsidRPr="00640DF6">
              <w:rPr>
                <w:b/>
                <w:sz w:val="18"/>
              </w:rPr>
              <w:t>Mekanizasyon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BEC89F" w14:textId="06FBBBB2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</w:t>
            </w:r>
            <w:r w:rsidR="005D0552" w:rsidRPr="00640DF6">
              <w:rPr>
                <w:b/>
                <w:sz w:val="18"/>
              </w:rPr>
              <w:t>3</w:t>
            </w:r>
            <w:r w:rsidRPr="00640DF6">
              <w:rPr>
                <w:b/>
                <w:sz w:val="18"/>
              </w:rPr>
              <w:t>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7234378" w14:textId="163BE2C5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</w:t>
            </w:r>
            <w:r w:rsidR="005D0552" w:rsidRPr="00640DF6">
              <w:rPr>
                <w:b/>
                <w:sz w:val="18"/>
              </w:rPr>
              <w:t>4</w:t>
            </w:r>
            <w:r w:rsidRPr="00640DF6">
              <w:rPr>
                <w:b/>
                <w:sz w:val="18"/>
              </w:rPr>
              <w:t>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E025EA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Aysel AYGÜN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81B5B3F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39D685CB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EBD89A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ÜNİVERSİTE SEÇMELİ DERS (ÜSD)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EE18853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24.06.2026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37C613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15:45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FB68C5C" w14:textId="77777777" w:rsidR="00C24E72" w:rsidRPr="00640DF6" w:rsidRDefault="00C24E72">
            <w:pPr>
              <w:spacing w:after="0" w:line="240" w:lineRule="auto"/>
              <w:jc w:val="center"/>
            </w:pP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338DE0" w14:textId="77777777" w:rsidR="00C24E72" w:rsidRPr="00640DF6" w:rsidRDefault="00C24E72">
            <w:pPr>
              <w:spacing w:after="0" w:line="240" w:lineRule="auto"/>
              <w:jc w:val="center"/>
            </w:pPr>
          </w:p>
        </w:tc>
      </w:tr>
      <w:tr w:rsidR="00F20D6A" w:rsidRPr="00640DF6" w14:paraId="22756D3F" w14:textId="77777777" w:rsidTr="00C12310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22A7D76" w14:textId="77777777" w:rsidR="00F20D6A" w:rsidRPr="00640DF6" w:rsidRDefault="00F20D6A" w:rsidP="00C12310">
            <w:pPr>
              <w:spacing w:after="0" w:line="240" w:lineRule="auto"/>
              <w:jc w:val="center"/>
            </w:pPr>
            <w:proofErr w:type="spellStart"/>
            <w:r w:rsidRPr="00640DF6">
              <w:rPr>
                <w:b/>
                <w:sz w:val="18"/>
              </w:rPr>
              <w:t>Hidroloji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31BEAAA" w14:textId="77777777" w:rsidR="00F20D6A" w:rsidRPr="00640DF6" w:rsidRDefault="00F20D6A" w:rsidP="00C12310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25.06.2026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064A96" w14:textId="77777777" w:rsidR="00F20D6A" w:rsidRPr="00640DF6" w:rsidRDefault="00F20D6A" w:rsidP="00C12310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09:00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9681343" w14:textId="77777777" w:rsidR="00F20D6A" w:rsidRPr="00640DF6" w:rsidRDefault="00F20D6A" w:rsidP="00C12310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Prof. Dr. Ergün DOĞAN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8B7E913" w14:textId="77777777" w:rsidR="00F20D6A" w:rsidRPr="00640DF6" w:rsidRDefault="00F20D6A" w:rsidP="00C12310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1A72BD27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D79828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Akıllı </w:t>
            </w:r>
            <w:proofErr w:type="spellStart"/>
            <w:r w:rsidRPr="00640DF6">
              <w:rPr>
                <w:b/>
                <w:sz w:val="18"/>
              </w:rPr>
              <w:t>Tarım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AF52772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26.06.2026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F7366D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10:00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BEFD0BB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Çağlar Özkan SEZER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278DAB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  <w:tr w:rsidR="00C24E72" w:rsidRPr="00640DF6" w14:paraId="57427746" w14:textId="77777777">
        <w:trPr>
          <w:trHeight w:val="446"/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CF4773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Toprak Su </w:t>
            </w:r>
            <w:proofErr w:type="spellStart"/>
            <w:r w:rsidRPr="00640DF6">
              <w:rPr>
                <w:b/>
                <w:sz w:val="18"/>
              </w:rPr>
              <w:t>Yapıları</w:t>
            </w:r>
            <w:proofErr w:type="spellEnd"/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0F4EF27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26.06.2026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F8785FB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11:00</w:t>
            </w:r>
          </w:p>
        </w:tc>
        <w:tc>
          <w:tcPr>
            <w:tcW w:w="4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D2BCDB7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 xml:space="preserve">Dr. </w:t>
            </w:r>
            <w:proofErr w:type="spellStart"/>
            <w:r w:rsidRPr="00640DF6">
              <w:rPr>
                <w:b/>
                <w:sz w:val="18"/>
              </w:rPr>
              <w:t>Öğr</w:t>
            </w:r>
            <w:proofErr w:type="spellEnd"/>
            <w:r w:rsidRPr="00640DF6">
              <w:rPr>
                <w:b/>
                <w:sz w:val="18"/>
              </w:rPr>
              <w:t>. Üyesi Çağlar Özkan SEZER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7AB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47FD606" w14:textId="77777777" w:rsidR="00C24E72" w:rsidRPr="00640DF6" w:rsidRDefault="000D51CE">
            <w:pPr>
              <w:spacing w:after="0" w:line="240" w:lineRule="auto"/>
              <w:jc w:val="center"/>
            </w:pPr>
            <w:r w:rsidRPr="00640DF6">
              <w:rPr>
                <w:b/>
                <w:sz w:val="18"/>
              </w:rPr>
              <w:t>D5</w:t>
            </w:r>
          </w:p>
        </w:tc>
      </w:tr>
    </w:tbl>
    <w:p w14:paraId="2BE6A321" w14:textId="77777777" w:rsidR="00C24E72" w:rsidRPr="00640DF6" w:rsidRDefault="000D51CE">
      <w:pPr>
        <w:spacing w:before="400" w:after="0"/>
      </w:pPr>
      <w:r w:rsidRPr="00640DF6">
        <w:rPr>
          <w:b/>
        </w:rPr>
        <w:t>*</w:t>
      </w:r>
      <w:proofErr w:type="spellStart"/>
      <w:r w:rsidRPr="00640DF6">
        <w:rPr>
          <w:b/>
        </w:rPr>
        <w:t>Öğrencilerin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dikkatine</w:t>
      </w:r>
      <w:proofErr w:type="spellEnd"/>
      <w:r w:rsidRPr="00640DF6">
        <w:rPr>
          <w:b/>
        </w:rPr>
        <w:t>:</w:t>
      </w:r>
    </w:p>
    <w:p w14:paraId="4A0CF5A4" w14:textId="77777777" w:rsidR="00C24E72" w:rsidRPr="00640DF6" w:rsidRDefault="000D51CE">
      <w:pPr>
        <w:spacing w:after="0"/>
      </w:pPr>
      <w:r w:rsidRPr="00640DF6">
        <w:t xml:space="preserve">İNUZEM </w:t>
      </w:r>
      <w:proofErr w:type="spellStart"/>
      <w:r w:rsidRPr="00640DF6">
        <w:t>üzerinden</w:t>
      </w:r>
      <w:proofErr w:type="spellEnd"/>
      <w:r w:rsidRPr="00640DF6">
        <w:t xml:space="preserve"> </w:t>
      </w:r>
      <w:proofErr w:type="spellStart"/>
      <w:r w:rsidRPr="00640DF6">
        <w:t>alınan</w:t>
      </w:r>
      <w:proofErr w:type="spellEnd"/>
      <w:r w:rsidRPr="00640DF6">
        <w:t xml:space="preserve"> </w:t>
      </w:r>
      <w:proofErr w:type="spellStart"/>
      <w:r w:rsidRPr="00640DF6">
        <w:t>pedagojik</w:t>
      </w:r>
      <w:proofErr w:type="spellEnd"/>
      <w:r w:rsidRPr="00640DF6">
        <w:t xml:space="preserve"> </w:t>
      </w:r>
      <w:proofErr w:type="spellStart"/>
      <w:r w:rsidRPr="00640DF6">
        <w:t>formasyon</w:t>
      </w:r>
      <w:proofErr w:type="spellEnd"/>
      <w:r w:rsidRPr="00640DF6">
        <w:t xml:space="preserve"> </w:t>
      </w:r>
      <w:proofErr w:type="spellStart"/>
      <w:r w:rsidRPr="00640DF6">
        <w:t>derslerinin</w:t>
      </w:r>
      <w:proofErr w:type="spellEnd"/>
      <w:r w:rsidRPr="00640DF6">
        <w:t xml:space="preserve"> </w:t>
      </w:r>
      <w:proofErr w:type="spellStart"/>
      <w:r w:rsidRPr="00640DF6">
        <w:t>bütünleme</w:t>
      </w:r>
      <w:proofErr w:type="spellEnd"/>
      <w:r w:rsidRPr="00640DF6">
        <w:t xml:space="preserve"> </w:t>
      </w:r>
      <w:proofErr w:type="spellStart"/>
      <w:r w:rsidRPr="00640DF6">
        <w:t>sınavı</w:t>
      </w:r>
      <w:proofErr w:type="spellEnd"/>
      <w:r w:rsidRPr="00640DF6">
        <w:t xml:space="preserve"> 03.07.2026 </w:t>
      </w:r>
      <w:proofErr w:type="spellStart"/>
      <w:r w:rsidRPr="00640DF6">
        <w:t>tarihinde</w:t>
      </w:r>
      <w:proofErr w:type="spellEnd"/>
      <w:r w:rsidRPr="00640DF6">
        <w:t xml:space="preserve"> 10.00-12.00 </w:t>
      </w:r>
      <w:proofErr w:type="spellStart"/>
      <w:r w:rsidRPr="00640DF6">
        <w:t>saatleri</w:t>
      </w:r>
      <w:proofErr w:type="spellEnd"/>
      <w:r w:rsidRPr="00640DF6">
        <w:t xml:space="preserve"> </w:t>
      </w:r>
      <w:proofErr w:type="spellStart"/>
      <w:r w:rsidRPr="00640DF6">
        <w:t>arasında</w:t>
      </w:r>
      <w:proofErr w:type="spellEnd"/>
      <w:r w:rsidRPr="00640DF6">
        <w:t xml:space="preserve"> Malatya Turgut </w:t>
      </w:r>
      <w:proofErr w:type="spellStart"/>
      <w:r w:rsidRPr="00640DF6">
        <w:t>Özal</w:t>
      </w:r>
      <w:proofErr w:type="spellEnd"/>
      <w:r w:rsidRPr="00640DF6">
        <w:t xml:space="preserve"> </w:t>
      </w:r>
      <w:proofErr w:type="spellStart"/>
      <w:r w:rsidRPr="00640DF6">
        <w:t>Üniversitesi</w:t>
      </w:r>
      <w:proofErr w:type="spellEnd"/>
      <w:r w:rsidRPr="00640DF6">
        <w:t xml:space="preserve"> Ziraat </w:t>
      </w:r>
      <w:proofErr w:type="spellStart"/>
      <w:r w:rsidRPr="00640DF6">
        <w:t>Fakültesi</w:t>
      </w:r>
      <w:proofErr w:type="spellEnd"/>
      <w:r w:rsidRPr="00640DF6">
        <w:t xml:space="preserve"> </w:t>
      </w:r>
      <w:proofErr w:type="spellStart"/>
      <w:r w:rsidRPr="00640DF6">
        <w:t>dersliklerinde</w:t>
      </w:r>
      <w:proofErr w:type="spellEnd"/>
      <w:r w:rsidRPr="00640DF6">
        <w:t xml:space="preserve"> </w:t>
      </w:r>
      <w:proofErr w:type="spellStart"/>
      <w:r w:rsidRPr="00640DF6">
        <w:t>yüz</w:t>
      </w:r>
      <w:proofErr w:type="spellEnd"/>
      <w:r w:rsidRPr="00640DF6">
        <w:t xml:space="preserve"> </w:t>
      </w:r>
      <w:proofErr w:type="spellStart"/>
      <w:r w:rsidRPr="00640DF6">
        <w:t>yüze</w:t>
      </w:r>
      <w:proofErr w:type="spellEnd"/>
      <w:r w:rsidRPr="00640DF6">
        <w:t xml:space="preserve"> </w:t>
      </w:r>
      <w:proofErr w:type="spellStart"/>
      <w:r w:rsidRPr="00640DF6">
        <w:t>yapılacaktır</w:t>
      </w:r>
      <w:proofErr w:type="spellEnd"/>
      <w:r w:rsidRPr="00640DF6">
        <w:t>.</w:t>
      </w:r>
    </w:p>
    <w:p w14:paraId="6E386772" w14:textId="77777777" w:rsidR="00C24E72" w:rsidRPr="00F20D6A" w:rsidRDefault="000D51CE">
      <w:pPr>
        <w:spacing w:before="1700" w:after="0"/>
        <w:jc w:val="right"/>
      </w:pPr>
      <w:proofErr w:type="spellStart"/>
      <w:r w:rsidRPr="00640DF6">
        <w:rPr>
          <w:b/>
        </w:rPr>
        <w:t>Biyosistem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Mühendisliği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Bölüm</w:t>
      </w:r>
      <w:proofErr w:type="spellEnd"/>
      <w:r w:rsidRPr="00640DF6">
        <w:rPr>
          <w:b/>
        </w:rPr>
        <w:t xml:space="preserve"> </w:t>
      </w:r>
      <w:proofErr w:type="spellStart"/>
      <w:r w:rsidRPr="00640DF6">
        <w:rPr>
          <w:b/>
        </w:rPr>
        <w:t>Başkanı</w:t>
      </w:r>
      <w:proofErr w:type="spellEnd"/>
      <w:r w:rsidRPr="00640DF6">
        <w:rPr>
          <w:b/>
        </w:rPr>
        <w:br/>
        <w:t>Doç. Dr. Yeşim Bozkurt Çolak</w:t>
      </w:r>
    </w:p>
    <w:sectPr w:rsidR="00C24E72" w:rsidRPr="00F20D6A" w:rsidSect="00034616">
      <w:pgSz w:w="16834" w:h="11909" w:orient="landscape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892430">
    <w:abstractNumId w:val="8"/>
  </w:num>
  <w:num w:numId="2" w16cid:durableId="1635911951">
    <w:abstractNumId w:val="6"/>
  </w:num>
  <w:num w:numId="3" w16cid:durableId="1872767304">
    <w:abstractNumId w:val="5"/>
  </w:num>
  <w:num w:numId="4" w16cid:durableId="55976501">
    <w:abstractNumId w:val="4"/>
  </w:num>
  <w:num w:numId="5" w16cid:durableId="908228817">
    <w:abstractNumId w:val="7"/>
  </w:num>
  <w:num w:numId="6" w16cid:durableId="1250895721">
    <w:abstractNumId w:val="3"/>
  </w:num>
  <w:num w:numId="7" w16cid:durableId="1543863160">
    <w:abstractNumId w:val="2"/>
  </w:num>
  <w:num w:numId="8" w16cid:durableId="1607886612">
    <w:abstractNumId w:val="1"/>
  </w:num>
  <w:num w:numId="9" w16cid:durableId="142884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8EB"/>
    <w:rsid w:val="00034616"/>
    <w:rsid w:val="0006063C"/>
    <w:rsid w:val="000913E8"/>
    <w:rsid w:val="000D51CE"/>
    <w:rsid w:val="00144D19"/>
    <w:rsid w:val="0015074B"/>
    <w:rsid w:val="00193C1D"/>
    <w:rsid w:val="0023659A"/>
    <w:rsid w:val="0029639D"/>
    <w:rsid w:val="00306586"/>
    <w:rsid w:val="00326F90"/>
    <w:rsid w:val="005D0552"/>
    <w:rsid w:val="00640DF6"/>
    <w:rsid w:val="006A10AD"/>
    <w:rsid w:val="008B63B0"/>
    <w:rsid w:val="00931244"/>
    <w:rsid w:val="00AA1D8D"/>
    <w:rsid w:val="00B1035E"/>
    <w:rsid w:val="00B47730"/>
    <w:rsid w:val="00C24E72"/>
    <w:rsid w:val="00CB0664"/>
    <w:rsid w:val="00D148E0"/>
    <w:rsid w:val="00DB1DC3"/>
    <w:rsid w:val="00F20D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BADA0"/>
  <w14:defaultImageDpi w14:val="300"/>
  <w15:docId w15:val="{A347CF6F-49C5-4411-8C1B-9A413C99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Burak Dalkılıç</cp:lastModifiedBy>
  <cp:revision>11</cp:revision>
  <dcterms:created xsi:type="dcterms:W3CDTF">2026-05-26T16:42:00Z</dcterms:created>
  <dcterms:modified xsi:type="dcterms:W3CDTF">2026-06-19T07:20:00Z</dcterms:modified>
  <cp:category/>
</cp:coreProperties>
</file>